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הידעת? 💡 כרזות למידה קטנות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החייאת השפה העברית ואליעזר בן־יהודה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תהליך החייאת הדיבור העברי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תרומתו של אליעזר בן־יהודה לשפה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וביטויים הקשורים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לתפילה וללימוד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לדבר עם המשפחה רק 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הוא היה הראשון שעברית הייתה שפת אמו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מילון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ייסד עיתונים בעברית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העברית שימשה בעיקר לתפילה וללימוד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הוא יצר מילים חדשות לחפצים ולמושגים שחסרו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מסופר על בנו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הוא חיבר מילון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הוא ייסד עיתונים בעברית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תפילה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חידש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(ספר שמסביר פירוש מילים)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(יצירת מילה חדשה לדבר שאין לו 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(השפה הראשונה שלומדים מההורים)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(דף חדשות שיוצא כל יום או שבוע)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(דיבור אל אלוהים בבית הכנסת)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במשך כאלפיים שנה העברית שימשה בעיקר לתפילה וללימוד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אליעזר בן־יהודה החליט לדבר עברית עם משפחתו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בנו גדל כשהעברית היא שפת אמו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בן־יהודה חידש מילים וייסד עיתונים בעברית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בן־יהודה חיבר מילון גדול של השפה העברית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חופשית, חשוב שהתלמיד יסביר את הבחירה בהיגיון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הכוללת רעיון שהשפה חיה ומתפתחת כשמשתמשים בה בפועל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מילון גדול של השפה העברית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בעיקר לתפילה וללימוד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גידל אותו כך שעברית תהיה שפת אמו ודיבר איתו רק 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ההבדל בין שפה כתובה לשפה מדוברת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את התלמידים להמציא בעצמם מילים חדשות כתרגיל יצירתי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הידעת? 💡 כרזות למידה קטנות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החייאת השפה העברית ואליעזר בן־יהודה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פעם דיברו עברית רק בבית הכנסת ובלימוד. אליעזר בן־יהודה רצה שאנשים ידברו עברית גם בבית וברחוב.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החייאת שפה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לגרום לשפה ישנה לחזור לשימוש יומיומי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תפילה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דיבור אל אלוהים, בדרך כלל בבית הכנסת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חידוש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יצירת מילים חדשות לדברים שלא היה להם 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שמסביר את פירוש המילים בשפה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עיתון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או חוברת שמביאים חדשות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שפת אם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השפה הראשונה שתינוק שומע ולומד מהוריו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שנולדו וחיו באותה תקופה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השתמשו בעברית לפני בן־יהודה?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לתפילה וללימוד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למסחר בשווקים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לשירה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לכתיבת מכתבים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בן־יהודה דיבר עם המשפחה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לדבר רק 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לדבר עם המשפחה רק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לדבר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ללמד את ילדיו ערבית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מיוחד בילד של בן־יהודה?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היה הראשון שעברית הייתה שפת אמו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היה חייל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כתב ספרים לילדים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גר בחוץ לארץ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ספר גדול הוא כתב?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 בישול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מילון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מפת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 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עוד הוא עשה בשביל העברית?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ייסד עיתונים בעברית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בנה בתי ספר לחקלאות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כתב סרטים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יצא להפלגות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בן־יהודה, אנשים דיברו עברית בבית ובשוק בכל יום.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בן־יהודה חידש מילים רבות בעברית.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בן־יהודה גידל את בנו כך שעברית תהיה שפת אמו.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בן־יהודה חיבר מילון קטן בן עשרה עמודים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בן־יהודה לא היה מעורב בעיתונות כלל.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במשך כאלפיים שנה העברית שימשה בעיקר ל__________ וללימוד.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אליעזר בן־יהודה הקפיד לדבר עם בני משפחתו רק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בן־יהודה גידל את בנו כשהעברית היא שפת __________ שלו.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בן־יהודה חיבר __________ גדול של השפה העברית.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בן־יהודה __________ מילים רבות שחסרו בשפה.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לפירוש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מילון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דיבור אל אלוהים בבית הכנסת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חידוש מילה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ספר שמסביר פירוש מילים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שפת אם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דף חדשות שיוצא כל יום או שבוע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עיתון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יצירת מילה חדשה לדבר שאין לו 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תפילה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השפה הראשונה שלומדים מההורים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אליעזר בן־יהודה החליט לדבר עברית עם משפחתו בלבד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בנו גדל כשהעברית היא שפת אמו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בן־יהודה חידש מילים וייסד עיתונים בעברית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בן־יהודה חיבר מילון גדול של השפה העברית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במשך כאלפיים שנה העברית שימשה בעיקר לתפילה וללימוד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אילו הייתם צריכים להמציא מילה עברית חדשה לחפץ מודרני - איזו מילה הייתם מציעים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בשלושה-ארבעה משפטים למה חשוב שלשפה יהיו דוברים שמדברים בה בחיי היומיום.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חיבר אליעזר בן־יהודה?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שימשה העברית לפני בן־יהודה?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עשה בן־יהודה כדי שבנו ידבר עברית?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החייאת השפה העברית ואליעזר בן־יהודה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